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Electrician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Service provider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Job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Service address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summary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Bill for recorded work and supplied materials; not a safety certificate.</w:t>
      </w:r>
    </w:p>
    <w:p>
      <w:r>
        <w:t>Check the agreed basis and applicable tax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Electrician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