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Electrician Bill — installation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Service provider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Job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Service address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Work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Work summary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Installation example: labour INR 1,200 and supplied parts INR 240; total INR 1,440.</w:t>
      </w:r>
    </w:p>
    <w:p>
      <w:r>
        <w:t>Record only completed work and supplied materials. This bill does not certify electrical safety.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Electrician Bill — installation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