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in Word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Example Studio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Example Office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INV-EX-022 / 12 September 2026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EX-WORK-004</w:t>
            </w:r>
          </w:p>
        </w:tc>
      </w:tr>
      <w:tr>
        <w:tc>
          <w:tcPr>
            <w:tcW w:type="dxa" w:w="5046"/>
          </w:tcPr>
          <w:p>
            <w:r>
              <w:t>Payment details</w:t>
            </w:r>
          </w:p>
        </w:tc>
        <w:tc>
          <w:tcPr>
            <w:tcW w:type="dxa" w:w="5046"/>
          </w:tcPr>
          <w:p>
            <w:r>
              <w:t>[Use your own verified payment instructions]</w:t>
            </w:r>
          </w:p>
        </w:tc>
      </w:tr>
      <w:tr>
        <w:tc>
          <w:tcPr>
            <w:tcW w:type="dxa" w:w="5046"/>
          </w:tcPr>
          <w:p>
            <w:r>
              <w:t>Currency / tax basis</w:t>
            </w:r>
          </w:p>
        </w:tc>
        <w:tc>
          <w:tcPr>
            <w:tcW w:type="dxa" w:w="5046"/>
          </w:tcPr>
          <w:p>
            <w:r>
              <w:t>INR; no tax modeled in this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Service unit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1,950.00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Materials supplied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175.00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350.00</w:t>
            </w:r>
          </w:p>
        </w:tc>
      </w:tr>
    </w:tbl>
    <w:p>
      <w:r>
        <w:rPr>
          <w:b/>
        </w:rPr>
        <w:t xml:space="preserve">Subtotal: </w:t>
      </w:r>
      <w:r>
        <w:t>INR 2,300.00</w:t>
      </w:r>
    </w:p>
    <w:p>
      <w:r>
        <w:rPr>
          <w:b/>
        </w:rPr>
        <w:t xml:space="preserve">Amount due: </w:t>
      </w:r>
      <w:r>
        <w:t>INR 2,300.00</w:t>
      </w:r>
    </w:p>
    <w:p>
      <w:r>
        <w:t>Original itemized invoice example. Tax applicability is not determined by this file.</w:t>
      </w:r>
    </w:p>
    <w:p>
      <w:r>
        <w:t>Keep your own reference register and issued copy.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in Word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