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Proforma 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Supplier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Prospective buyer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Proforma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Valid until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Proposed supply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Delivery address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proposal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Document status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Proposed total: </w:t>
      </w:r>
      <w:r>
        <w:t>INR __________</w:t>
      </w:r>
    </w:p>
    <w:p>
      <w:r>
        <w:t>PROFORMA: preliminary details only; not a final tax invoice or payment receipt.</w:t>
      </w:r>
    </w:p>
    <w:p>
      <w:r>
        <w:t>Review the actual supply, prices and terms before issuing a final document.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Proforma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