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School Fee Receipt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Institution</w:t>
            </w:r>
          </w:p>
        </w:tc>
        <w:tc>
          <w:tcPr>
            <w:tcW w:type="dxa" w:w="5046"/>
          </w:tcPr>
          <w:p>
            <w:r>
              <w:t>Example Learning School</w:t>
            </w:r>
          </w:p>
        </w:tc>
      </w:tr>
      <w:tr>
        <w:tc>
          <w:tcPr>
            <w:tcW w:type="dxa" w:w="5046"/>
          </w:tcPr>
          <w:p>
            <w:r>
              <w:t>Student</w:t>
            </w:r>
          </w:p>
        </w:tc>
        <w:tc>
          <w:tcPr>
            <w:tcW w:type="dxa" w:w="5046"/>
          </w:tcPr>
          <w:p>
            <w:r>
              <w:t>Sample Student / EX-ST-024</w:t>
            </w:r>
          </w:p>
        </w:tc>
      </w:tr>
      <w:tr>
        <w:tc>
          <w:tcPr>
            <w:tcW w:type="dxa" w:w="5046"/>
          </w:tcPr>
          <w:p>
            <w:r>
              <w:t>Class / section</w:t>
            </w:r>
          </w:p>
        </w:tc>
        <w:tc>
          <w:tcPr>
            <w:tcW w:type="dxa" w:w="5046"/>
          </w:tcPr>
          <w:p>
            <w:r>
              <w:t>Class 6 / A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FEE-EX-024 / 12 September 2026</w:t>
            </w:r>
          </w:p>
        </w:tc>
      </w:tr>
      <w:tr>
        <w:tc>
          <w:tcPr>
            <w:tcW w:type="dxa" w:w="5046"/>
          </w:tcPr>
          <w:p>
            <w:r>
              <w:t>Fee period</w:t>
            </w:r>
          </w:p>
        </w:tc>
        <w:tc>
          <w:tcPr>
            <w:tcW w:type="dxa" w:w="5046"/>
          </w:tcPr>
          <w:p>
            <w:r>
              <w:t>Term 1, 2026–27</w:t>
            </w:r>
          </w:p>
        </w:tc>
      </w:tr>
      <w:tr>
        <w:tc>
          <w:tcPr>
            <w:tcW w:type="dxa" w:w="5046"/>
          </w:tcPr>
          <w:p>
            <w:r>
              <w:t>Payment method / reference</w:t>
            </w:r>
          </w:p>
        </w:tc>
        <w:tc>
          <w:tcPr>
            <w:tcW w:type="dxa" w:w="5046"/>
          </w:tcPr>
          <w:p>
            <w:r>
              <w:t>Bank transfer / EX-FEE-024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Authorized recipient: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15"/>
        <w:gridCol w:w="3154"/>
        <w:gridCol w:w="2523"/>
      </w:tblGrid>
      <w:tr>
        <w:trPr>
          <w:tblHeader/>
          <w:cantSplit/>
        </w:trPr>
        <w:tc>
          <w:tcPr>
            <w:tcW w:type="dxa" w:w="4415"/>
          </w:tcPr>
          <w:p>
            <w:r>
              <w:rPr>
                <w:sz w:val="18"/>
              </w:rPr>
              <w:t>Fee head</w:t>
            </w:r>
          </w:p>
        </w:tc>
        <w:tc>
          <w:tcPr>
            <w:tcW w:type="dxa" w:w="3154"/>
          </w:tcPr>
          <w:p>
            <w:r>
              <w:rPr>
                <w:sz w:val="18"/>
              </w:rPr>
              <w:t>Period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  <w:t>Tuition</w:t>
            </w:r>
          </w:p>
        </w:tc>
        <w:tc>
          <w:tcPr>
            <w:tcW w:type="dxa" w:w="3154"/>
          </w:tcPr>
          <w:p>
            <w:r>
              <w:rPr>
                <w:sz w:val="18"/>
              </w:rPr>
              <w:t>Term 1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6,000.00</w:t>
            </w:r>
          </w:p>
        </w:tc>
      </w:tr>
      <w:tr>
        <w:trPr>
          <w:cantSplit/>
        </w:trPr>
        <w:tc>
          <w:tcPr>
            <w:tcW w:type="dxa" w:w="4415"/>
          </w:tcPr>
          <w:p>
            <w:r>
              <w:rPr>
                <w:sz w:val="18"/>
              </w:rPr>
              <w:t>Activity fee</w:t>
            </w:r>
          </w:p>
        </w:tc>
        <w:tc>
          <w:tcPr>
            <w:tcW w:type="dxa" w:w="3154"/>
          </w:tcPr>
          <w:p>
            <w:r>
              <w:rPr>
                <w:sz w:val="18"/>
              </w:rPr>
              <w:t>Term 1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500.00</w:t>
            </w:r>
          </w:p>
        </w:tc>
      </w:tr>
    </w:tbl>
    <w:p>
      <w:r>
        <w:rPr>
          <w:b/>
        </w:rPr>
        <w:t xml:space="preserve">Subtotal: </w:t>
      </w:r>
      <w:r>
        <w:t>INR 6,500.00</w:t>
      </w:r>
    </w:p>
    <w:p>
      <w:r>
        <w:rPr>
          <w:b/>
        </w:rPr>
        <w:t xml:space="preserve">Amount received: </w:t>
      </w:r>
      <w:r>
        <w:t>INR 6,500.00</w:t>
      </w:r>
    </w:p>
    <w:p>
      <w:r>
        <w:t>Acknowledge only the fee actually collected.</w:t>
      </w:r>
    </w:p>
    <w:p>
      <w:r>
        <w:t>This template does not update a fee ledger or determine admission status.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Fee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