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Tailor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Tailor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Customer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 / order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Order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Requested delivery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Measurement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Deposit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Deposit received (deduct):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Keep detailed measurements in the separate private order record.</w:t>
      </w:r>
    </w:p>
    <w:p>
      <w:r>
        <w:t>A stated delivery date and deposit do not confirm completion or full payment.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Tailor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